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282828"/>
          <w:sz w:val="36"/>
        </w:rPr>
        <w:t>ODSTOUPENÍ OD KUPNÍ SMLOUVY</w:t>
      </w:r>
    </w:p>
    <w:p>
      <w:pPr>
        <w:spacing w:after="160"/>
        <w:jc w:val="center"/>
      </w:pPr>
      <w:r>
        <w:rPr>
          <w:rFonts w:ascii="Aptos" w:hAnsi="Aptos"/>
          <w:b w:val="0"/>
          <w:i/>
          <w:color w:val="5A5A5A"/>
          <w:sz w:val="21"/>
        </w:rPr>
        <w:t>Vzorový formulář pro spotřebitele – Nakladatelství Leon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080"/>
            <w:shd w:fill="F2F2F2"/>
            <w:tcMar>
              <w:top w:w="115" w:type="dxa"/>
              <w:start w:w="150" w:type="dxa"/>
              <w:bottom w:w="115" w:type="dxa"/>
              <w:end w:w="15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19"/>
              </w:rPr>
              <w:t>Prodávající / adresát odstoupení</w:t>
            </w:r>
          </w:p>
          <w:p>
            <w:pPr>
              <w:spacing w:after="0" w:before="0"/>
            </w:pPr>
            <w:r>
              <w:rPr>
                <w:rFonts w:ascii="Arial" w:hAnsi="Arial"/>
                <w:sz w:val="19"/>
              </w:rPr>
              <w:t>Josef Pačes – Nakladatelství Leon</w:t>
            </w:r>
          </w:p>
          <w:p>
            <w:pPr>
              <w:spacing w:after="0" w:before="0"/>
            </w:pPr>
            <w:r>
              <w:rPr>
                <w:rFonts w:ascii="Arial" w:hAnsi="Arial"/>
                <w:sz w:val="19"/>
              </w:rPr>
              <w:t>IČO: 168 90 124 | DIČ: CZ5403041182</w:t>
            </w:r>
          </w:p>
          <w:p>
            <w:pPr>
              <w:spacing w:after="0" w:before="0"/>
            </w:pPr>
            <w:r>
              <w:rPr>
                <w:rFonts w:ascii="Arial" w:hAnsi="Arial"/>
                <w:sz w:val="19"/>
              </w:rPr>
              <w:t>Hrdličkova 2176/4, 148 00 Praha 11 – Chodov</w:t>
            </w:r>
          </w:p>
          <w:p>
            <w:pPr>
              <w:spacing w:after="0" w:before="0"/>
            </w:pPr>
            <w:r>
              <w:rPr>
                <w:rFonts w:ascii="Arial" w:hAnsi="Arial"/>
                <w:sz w:val="19"/>
              </w:rPr>
              <w:t>E-mail: obchod@leon.cz | Telefon: +420 267 914 994, +420 602 212 601</w:t>
            </w:r>
          </w:p>
          <w:p>
            <w:pPr>
              <w:spacing w:after="0" w:before="0"/>
            </w:pPr>
            <w:r>
              <w:rPr>
                <w:rFonts w:ascii="Arial" w:hAnsi="Arial"/>
                <w:sz w:val="19"/>
              </w:rPr>
              <w:t>Fyzická osoba – podnikatel, plátce DPH</w:t>
            </w:r>
          </w:p>
        </w:tc>
      </w:tr>
    </w:tbl>
    <w:p>
      <w:pPr>
        <w:spacing w:before="140" w:after="100"/>
      </w:pPr>
      <w:r>
        <w:rPr>
          <w:rFonts w:ascii="Aptos" w:hAnsi="Aptos"/>
          <w:b w:val="0"/>
          <w:i w:val="0"/>
          <w:color w:val="464646"/>
          <w:sz w:val="19"/>
        </w:rPr>
        <w:t>Vyplňte tento formulář a odešlete jej prodávajícímu pouze v případě, že chcete odstoupit od kupní smlouvy. Použití tohoto vzorového formuláře není povinné; odstoupit lze i jiným jednoznačným prohlášením.</w:t>
      </w:r>
    </w:p>
    <w:p>
      <w:pPr>
        <w:spacing w:before="60" w:after="80"/>
      </w:pPr>
      <w:r>
        <w:rPr>
          <w:rFonts w:ascii="Aptos" w:hAnsi="Aptos"/>
          <w:b/>
          <w:i w:val="0"/>
          <w:sz w:val="23"/>
        </w:rPr>
        <w:t>Prohlášení o odstoupení</w:t>
      </w:r>
    </w:p>
    <w:p>
      <w:pPr>
        <w:spacing w:after="100"/>
      </w:pPr>
      <w:r>
        <w:rPr>
          <w:rFonts w:ascii="Aptos" w:hAnsi="Aptos"/>
          <w:b w:val="0"/>
          <w:i w:val="0"/>
          <w:sz w:val="21"/>
        </w:rPr>
        <w:t>Oznamuji / oznamujeme, že tímto odstupuji / odstupujeme od kupní smlouvy uzavřené s výše uvedeným prodávajícím, jejímž předmětem je níže uvedené zboží: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3672"/>
            <w:shd w:fill="F7F7F7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sz w:val="19"/>
              </w:rPr>
              <w:t>Název / označení zboží</w:t>
            </w:r>
          </w:p>
        </w:tc>
        <w:tc>
          <w:tcPr>
            <w:tcW w:type="dxa" w:w="6408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7D7D7D"/>
                <w:sz w:val="19"/>
              </w:rPr>
              <w:t xml:space="preserve"> ________________________________________________</w:t>
            </w:r>
          </w:p>
        </w:tc>
      </w:tr>
      <w:tr>
        <w:tc>
          <w:tcPr>
            <w:tcW w:type="dxa" w:w="3672"/>
            <w:shd w:fill="F7F7F7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sz w:val="19"/>
              </w:rPr>
              <w:t>Číslo objednávky (volitelné)</w:t>
            </w:r>
          </w:p>
        </w:tc>
        <w:tc>
          <w:tcPr>
            <w:tcW w:type="dxa" w:w="6408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7D7D7D"/>
                <w:sz w:val="19"/>
              </w:rPr>
              <w:t xml:space="preserve"> ________________________________________________</w:t>
            </w:r>
          </w:p>
        </w:tc>
      </w:tr>
      <w:tr>
        <w:tc>
          <w:tcPr>
            <w:tcW w:type="dxa" w:w="3672"/>
            <w:shd w:fill="F7F7F7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sz w:val="19"/>
              </w:rPr>
              <w:t>Datum objednání</w:t>
            </w:r>
          </w:p>
        </w:tc>
        <w:tc>
          <w:tcPr>
            <w:tcW w:type="dxa" w:w="6408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7D7D7D"/>
                <w:sz w:val="19"/>
              </w:rPr>
              <w:t xml:space="preserve"> ________________________________________________</w:t>
            </w:r>
          </w:p>
        </w:tc>
      </w:tr>
      <w:tr>
        <w:tc>
          <w:tcPr>
            <w:tcW w:type="dxa" w:w="3672"/>
            <w:shd w:fill="F7F7F7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sz w:val="19"/>
              </w:rPr>
              <w:t>Datum převzetí zboží</w:t>
            </w:r>
          </w:p>
        </w:tc>
        <w:tc>
          <w:tcPr>
            <w:tcW w:type="dxa" w:w="6408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7D7D7D"/>
                <w:sz w:val="19"/>
              </w:rPr>
              <w:t xml:space="preserve"> ________________________________________________</w:t>
            </w:r>
          </w:p>
        </w:tc>
      </w:tr>
      <w:tr>
        <w:tc>
          <w:tcPr>
            <w:tcW w:type="dxa" w:w="3672"/>
            <w:shd w:fill="F7F7F7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sz w:val="19"/>
              </w:rPr>
              <w:t>Jméno a příjmení spotřebitele</w:t>
            </w:r>
          </w:p>
        </w:tc>
        <w:tc>
          <w:tcPr>
            <w:tcW w:type="dxa" w:w="6408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7D7D7D"/>
                <w:sz w:val="19"/>
              </w:rPr>
              <w:t xml:space="preserve"> ________________________________________________</w:t>
            </w:r>
          </w:p>
        </w:tc>
      </w:tr>
      <w:tr>
        <w:tc>
          <w:tcPr>
            <w:tcW w:type="dxa" w:w="3672"/>
            <w:shd w:fill="F7F7F7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sz w:val="19"/>
              </w:rPr>
              <w:t>Adresa spotřebitele</w:t>
            </w:r>
          </w:p>
        </w:tc>
        <w:tc>
          <w:tcPr>
            <w:tcW w:type="dxa" w:w="6408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7D7D7D"/>
                <w:sz w:val="19"/>
              </w:rPr>
              <w:t xml:space="preserve"> ________________________________________________</w:t>
            </w:r>
          </w:p>
        </w:tc>
      </w:tr>
      <w:tr>
        <w:tc>
          <w:tcPr>
            <w:tcW w:type="dxa" w:w="3672"/>
            <w:shd w:fill="F7F7F7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sz w:val="19"/>
              </w:rPr>
              <w:t>E-mail / telefon (volitelné)</w:t>
            </w:r>
          </w:p>
        </w:tc>
        <w:tc>
          <w:tcPr>
            <w:tcW w:type="dxa" w:w="6408"/>
            <w:tcMar>
              <w:top w:w="90" w:type="dxa"/>
              <w:start w:w="115" w:type="dxa"/>
              <w:bottom w:w="90" w:type="dxa"/>
              <w:end w:w="11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7D7D7D"/>
                <w:sz w:val="19"/>
              </w:rPr>
              <w:t xml:space="preserve"> ________________________________________________</w:t>
            </w:r>
          </w:p>
        </w:tc>
      </w:tr>
    </w:tbl>
    <w:p>
      <w:pPr>
        <w:spacing w:before="160" w:after="60"/>
      </w:pPr>
      <w:r>
        <w:rPr>
          <w:rFonts w:ascii="Aptos" w:hAnsi="Aptos"/>
          <w:b w:val="0"/>
          <w:i w:val="0"/>
          <w:sz w:val="21"/>
        </w:rPr>
        <w:t>Datum:  ____________________________________</w:t>
      </w:r>
    </w:p>
    <w:p>
      <w:pPr>
        <w:spacing w:after="140"/>
      </w:pPr>
      <w:r>
        <w:rPr>
          <w:rFonts w:ascii="Aptos" w:hAnsi="Aptos"/>
          <w:b w:val="0"/>
          <w:i w:val="0"/>
          <w:sz w:val="21"/>
        </w:rPr>
        <w:t>Podpis spotřebitele:  ____________________________________</w:t>
      </w:r>
      <w:r>
        <w:rPr>
          <w:rFonts w:ascii="Aptos" w:hAnsi="Aptos"/>
          <w:b w:val="0"/>
          <w:i/>
          <w:color w:val="646464"/>
          <w:sz w:val="17"/>
        </w:rPr>
        <w:t xml:space="preserve">   (pouze pokud je formulář zasílán v listinné podobě)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AFAFA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Praktická informace: Vyplněný formulář lze zaslat e-mailem na obchod@leon.cz nebo poštou na adresu Josef Pačes – Nakladatelství Leon, Hrdličkova 2176/4, 148 00 Praha 11 – Chodov. Pro zachování zákonné lhůty postačí odstoupení prokazatelně odeslat před jejím uplynutím.</w:t>
              <w:br/>
              <w:t>Poznámka: Důvod odstoupení nemusíte uvádět. Tento formulář je určen pro případy, kdy spotřebiteli právo na odstoupení podle právních předpisů náleží. Výjimky z práva na odstoupení, například u zboží vyrobeného podle konkrétních požadavků spotřebitele nebo přizpůsobeného jeho osobním potřebám, se posuzují podle zákona a konkrétní povahy objednávky.</w:t>
            </w:r>
          </w:p>
        </w:tc>
      </w:tr>
    </w:tbl>
    <w:p>
      <w:pPr>
        <w:spacing w:before="100"/>
        <w:jc w:val="center"/>
      </w:pPr>
      <w:r>
        <w:rPr>
          <w:rFonts w:ascii="Aptos" w:hAnsi="Aptos"/>
          <w:b w:val="0"/>
          <w:i/>
          <w:color w:val="737373"/>
          <w:sz w:val="16"/>
        </w:rPr>
        <w:t>Vzorový formulář podle nařízení vlády č. 29/2023 Sb., ve znění nařízení vlády č. 66/2026 Sb.</w:t>
      </w:r>
    </w:p>
    <w:sectPr w:rsidR="00FC693F" w:rsidRPr="0006063C" w:rsidSect="00034616">
      <w:footerReference w:type="default" r:id="rId9"/>
      <w:pgSz w:w="12240" w:h="15840"/>
      <w:pgMar w:top="835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Nakladatelství Leon | Josef Pačes | obchod@leon.cz | +420 267 914 994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Odstoupení od kupní smlouvy – Longee / Ing. Viktor Jílek</dc:title>
  <dc:subject>Vzorový formulář pro spotřebitele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